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ליד הבאר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המפגש בין רחל ויעקב ליד הבאר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הנכון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ערך הדאגה לזולת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השקה את הצאן של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לאביה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יעקב הצליח לגלול את האבן למרות שהייתה כבדה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בהמשך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רחל רצה לספר לאביה על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לבן רץ לפגוש את יעקב ולהכניסו לביתו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 יוצאת עם הצאן של אביה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 מגיעה עם הצאן אל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יעקב גולל את האבן הכבדה מעל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יעקב משקה את הצאן של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רחל רצה לספר לאביה על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לבן רץ לפגוש את יעקב ומכניס אותו לביתו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(יצאה עם הצאן של אביה)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(גלל את האבן מעל הבאר)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(רץ לפגוש את יעקב)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(שתו מים מהבאר)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(כיסתה את פי הבאר)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יעקב עזר לרחל למרות שהייתה זרה לו, הוא דאג לה ולצאנה ועזר להם לשתות 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לדוגמה אישית מחיי התלמיד הקושרת לערך הדאגה לזולת, כגון עזרה לחבר או לבן משפחה.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יעקב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השקה את הצאן של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חשיבות העזרה והדאגה לאחרים גם כשהם זרים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האירועים בעזרת תמונות כדי לסייע לתלמידים הצעירים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הסיפור לדוגמאות מחיי התלמידים על עזרה לזולת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משימת הסידור בעבודה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ליד הבאר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הסיפור של רחל ויעקב ליד הבאר. יעקב עוזר לרחל ולצאן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בְּאֵר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שיש בו מים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צֹאן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כבשים ועזים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לִגְלֹל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להזיז דבר כבד ועגול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לְהַשְׁקוֹת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מים לשתות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לָבָן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אביה של רחל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לִדְאֹג לְאַחֵר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ולעזור למישהו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אֶבֶן כְּבֵדָה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חתיכת סלע גדולה וקשה להרמה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יצאה עם הצאן?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הזיז את האבן?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יעקב אחר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ברח מהמקום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השקה את הצאן של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הלך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בכה ליד הבאר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סיפרה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לאביה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יצא לקראת יעקב?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ספר מופיע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יצאה עם הצאן של אביה לבן אל הבאר.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לא הצליח לגלול את האבן מעל הבאר.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השקה את הצאן של רחל אחרי שגלל את האבן.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לא סיפרה לאביה דבר על יעקב.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לבן התעלם מיעקב ולא יצא לקראתו.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הרצף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גולל את האבן הכבדה מעל הבאר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רצה לספר לאביה על יעקב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לבן רץ לפגוש את יעקב ומכניס אותו לביתו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יוצאת עם הצאן של אביה לבן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מגיעה עם הצאן אל הבאר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משקה את הצאן של רחל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גלל את האבן מעל הבאר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רץ לפגוש את יעקב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יצאה עם הצאן של אביה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כיסתה את פי הבאר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שתו מים מהבאר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למדנו מהתנהגותו של יעקב כלפי רחל ליד הבאר?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אתם יכולים לדאוג לאחר, כמו שיעקב דאג לרחל.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גלל את האבן מעל הבאר?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יעקב אחרי שגלל את האבן?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ללמוד מהסיפור על דאגה לאחר?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ליד הבאר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