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רחל אמנו ליד הבאר – לדאוג לאחר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המפגש בין רחל ויעקב ליד הבאר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סדר האירועים הנכון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ערך הדאגה לזולת מתוך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יעקב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השקה את הצאן של רחל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לאביה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בראשית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בתחילת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יעקב הצליח לגלול את האבן למרות שהייתה כבדה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בהמשך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רחל רצה לספר לאביה על יעקב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לבן רץ לפגוש את יעקב ולהכניסו לביתו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סדרו את הרצף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רחל יוצאת עם הצאן של אביה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רחל מגיעה עם הצאן אל הבאר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יעקב גולל את האבן הכבדה מעל הבאר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יעקב משקה את הצאן של רחל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רחל רצה לספר לאביה על יעקב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לבן רץ לפגוש את יעקב ומכניס אותו לביתו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(יצאה עם הצאן של אביה)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(גלל את האבן מעל הבאר)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(רץ לפגוש את יעקב)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(שתו מים מהבאר)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(כיסתה את פי הבאר)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יעקב עזר לרחל למרות שהייתה זרה לו, הוא דאג לה ולצאנה ועזר להם לשתות מים.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לדוגמה אישית מחיי התלמיד הקושרת לערך הדאגה לזולת, כגון עזרה לחבר או לבן משפחה.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יעקב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השקה את הצאן של רחל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חשיבות העזרה והדאגה לאחרים גם כשהם זרים 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רצף האירועים בעזרת תמונות כדי לסייע לתלמידים הצעירים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הסיפור לדוגמאות מחיי התלמידים על עזרה לזולת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לבצע את משימת הסידור בעבודה בזוגות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רחל אמנו ליד הבאר – לדאוג לאחר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בפרשת ויצא מסופר על המפגש הראשון בין יעקב לרחל ליד הבאר, כאשר יעקב עוזר לרחל ולצאנה ומגלה דאגה לאחר.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יצאה עם הצאן של אביה לבן?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רבקה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גלל את האבן הכבדה מעל הבאר?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יעקב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עשה יעקב אחרי שגלל את האבן?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ברח מהמקום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השקה את הצאן של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הלך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בכה ליד הבאר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למי רצתה רחל לספר על יעקב?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לאביה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רץ לפגוש את יעקב?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באיזה ספר מהתנ״ך מופיע סיפור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ויקרא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יצאה עם הצאן של אביה לבן אל הבאר.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יעקב לא הצליח לגלול את האבן מעל הבאר.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יעקב השקה את הצאן של רחל אחרי שגלל את האבן.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לא סיפרה לאביה דבר על יעקב.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לבן התעלם מיעקב ולא יצא לקראתו.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סדרו את הרצף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רצה לספר לאביה על יעקב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יעקב משקה את הצאן של רחל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לבן רץ לפגוש את יעקב ומכניס אותו לביתו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יעקב גולל את האבן הכבדה מעל הבאר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יוצאת עם הצאן של אביה לבן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מגיעה עם הצאן אל הבאר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רחל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כיסתה את פי הבאר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יעקב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שתו מים מהבאר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יצאה עם הצאן של אביה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הצאן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רץ לפגוש את יעקב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האבן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גלל את האבן מעל הבאר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למדנו מהתנהגותו של יעקב כלפי רחל ליד הבאר?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כיצד אתם יכולים לדאוג לאחר, כמו שיעקב דאג לרחל.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גלל את האבן מעל הבאר?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עשה יעקב אחרי שגלל את האבן?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ללמוד מהסיפור על דאגה לאחר?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רחל אמנו ליד הבאר – לדאוג לאחר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